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交通誘導警備業務（二級）練習問題【問題のみ】</w:t>
      </w:r>
    </w:p>
    <w:p>
      <w:r>
        <w:t>第1問　交通誘導警備員が行う誘導の根拠として、最も適切なものはどれか。</w:t>
      </w:r>
    </w:p>
    <w:p>
      <w:pPr>
        <w:pStyle w:val="ListBullet"/>
      </w:pPr>
      <w:r>
        <w:t>A. 警備会社の指示</w:t>
      </w:r>
    </w:p>
    <w:p>
      <w:pPr>
        <w:pStyle w:val="ListBullet"/>
      </w:pPr>
      <w:r>
        <w:t>B. 道路交通法</w:t>
      </w:r>
    </w:p>
    <w:p>
      <w:pPr>
        <w:pStyle w:val="ListBullet"/>
      </w:pPr>
      <w:r>
        <w:t>C. 警備業法</w:t>
      </w:r>
    </w:p>
    <w:p>
      <w:pPr>
        <w:pStyle w:val="ListBullet"/>
      </w:pPr>
      <w:r>
        <w:t>D. 現場責任者の判断</w:t>
      </w:r>
    </w:p>
    <w:p/>
    <w:p>
      <w:r>
        <w:t>第2問　交通誘導警備員の手信号は、運転者に対して法的にどのような効力を持つか。</w:t>
      </w:r>
    </w:p>
    <w:p>
      <w:pPr>
        <w:pStyle w:val="ListBullet"/>
      </w:pPr>
      <w:r>
        <w:t>A. 信号機と同等</w:t>
      </w:r>
    </w:p>
    <w:p>
      <w:pPr>
        <w:pStyle w:val="ListBullet"/>
      </w:pPr>
      <w:r>
        <w:t>B. 警察官と同等</w:t>
      </w:r>
    </w:p>
    <w:p>
      <w:pPr>
        <w:pStyle w:val="ListBullet"/>
      </w:pPr>
      <w:r>
        <w:t>C. 法的拘束力はない</w:t>
      </w:r>
    </w:p>
    <w:p>
      <w:pPr>
        <w:pStyle w:val="ListBullet"/>
      </w:pPr>
      <w:r>
        <w:t>D. 必ず従わなければならない</w:t>
      </w:r>
    </w:p>
    <w:p/>
    <w:p>
      <w:r>
        <w:t>第3問　交通誘導中、歩行者と車両が交錯する場合、優先すべき対象はどれか。</w:t>
      </w:r>
    </w:p>
    <w:p>
      <w:pPr>
        <w:pStyle w:val="ListBullet"/>
      </w:pPr>
      <w:r>
        <w:t>A. 工事車両</w:t>
      </w:r>
    </w:p>
    <w:p>
      <w:pPr>
        <w:pStyle w:val="ListBullet"/>
      </w:pPr>
      <w:r>
        <w:t>B. 一般車両</w:t>
      </w:r>
    </w:p>
    <w:p>
      <w:pPr>
        <w:pStyle w:val="ListBullet"/>
      </w:pPr>
      <w:r>
        <w:t>C. 歩行者</w:t>
      </w:r>
    </w:p>
    <w:p>
      <w:pPr>
        <w:pStyle w:val="ListBullet"/>
      </w:pPr>
      <w:r>
        <w:t>D. 現場作業員</w:t>
      </w:r>
    </w:p>
    <w:p/>
    <w:p>
      <w:r>
        <w:t>第4問　警備員が車両を停止させるために用いる合図で、不適切なものはどれか。</w:t>
      </w:r>
    </w:p>
    <w:p>
      <w:pPr>
        <w:pStyle w:val="ListBullet"/>
      </w:pPr>
      <w:r>
        <w:t>A. 赤旗を大きく振る</w:t>
      </w:r>
    </w:p>
    <w:p>
      <w:pPr>
        <w:pStyle w:val="ListBullet"/>
      </w:pPr>
      <w:r>
        <w:t>B. 誘導灯で明確に示す</w:t>
      </w:r>
    </w:p>
    <w:p>
      <w:pPr>
        <w:pStyle w:val="ListBullet"/>
      </w:pPr>
      <w:r>
        <w:t>C. 笛を吹きながら近づく</w:t>
      </w:r>
    </w:p>
    <w:p>
      <w:pPr>
        <w:pStyle w:val="ListBullet"/>
      </w:pPr>
      <w:r>
        <w:t>D. 停止位置を明示する</w:t>
      </w:r>
    </w:p>
    <w:p/>
    <w:p>
      <w:r>
        <w:t>第5問　警備員が立つ位置として、最も適切なものはどれか。</w:t>
      </w:r>
    </w:p>
    <w:p>
      <w:pPr>
        <w:pStyle w:val="ListBullet"/>
      </w:pPr>
      <w:r>
        <w:t>A. 車道の中央</w:t>
      </w:r>
    </w:p>
    <w:p>
      <w:pPr>
        <w:pStyle w:val="ListBullet"/>
      </w:pPr>
      <w:r>
        <w:t>B. 歩道上</w:t>
      </w:r>
    </w:p>
    <w:p>
      <w:pPr>
        <w:pStyle w:val="ListBullet"/>
      </w:pPr>
      <w:r>
        <w:t>C. 車両の直前</w:t>
      </w:r>
    </w:p>
    <w:p>
      <w:pPr>
        <w:pStyle w:val="ListBullet"/>
      </w:pPr>
      <w:r>
        <w:t>D. 退避可能な位置</w:t>
      </w:r>
    </w:p>
    <w:p/>
    <w:p>
      <w:r>
        <w:t>第6問　道路交通法上、歩行者が横断する際に最も保護される場所はどこか。</w:t>
      </w:r>
    </w:p>
    <w:p>
      <w:pPr>
        <w:pStyle w:val="ListBullet"/>
      </w:pPr>
      <w:r>
        <w:t>A. 横断歩道</w:t>
      </w:r>
    </w:p>
    <w:p>
      <w:pPr>
        <w:pStyle w:val="ListBullet"/>
      </w:pPr>
      <w:r>
        <w:t>B. 交差点中央</w:t>
      </w:r>
    </w:p>
    <w:p>
      <w:pPr>
        <w:pStyle w:val="ListBullet"/>
      </w:pPr>
      <w:r>
        <w:t>C. 路肩</w:t>
      </w:r>
    </w:p>
    <w:p>
      <w:pPr>
        <w:pStyle w:val="ListBullet"/>
      </w:pPr>
      <w:r>
        <w:t>D. 駐車場入口</w:t>
      </w:r>
    </w:p>
    <w:p/>
    <w:p>
      <w:r>
        <w:t>第7問　夜間誘導で誘導灯を使用する際、正しいものはどれか。</w:t>
      </w:r>
    </w:p>
    <w:p>
      <w:pPr>
        <w:pStyle w:val="ListBullet"/>
      </w:pPr>
      <w:r>
        <w:t>A. 点灯していればよい</w:t>
      </w:r>
    </w:p>
    <w:p>
      <w:pPr>
        <w:pStyle w:val="ListBullet"/>
      </w:pPr>
      <w:r>
        <w:t>B. 振り回すほどよい</w:t>
      </w:r>
    </w:p>
    <w:p>
      <w:pPr>
        <w:pStyle w:val="ListBullet"/>
      </w:pPr>
      <w:r>
        <w:t>C. 視認性を意識し動作は大きく</w:t>
      </w:r>
    </w:p>
    <w:p>
      <w:pPr>
        <w:pStyle w:val="ListBullet"/>
      </w:pPr>
      <w:r>
        <w:t>D. 車両に近づいて示す</w:t>
      </w:r>
    </w:p>
    <w:p/>
    <w:p>
      <w:r>
        <w:t>第8問　警備員が業務中に事故が発生した場合、最初に行うべき行動はどれか。</w:t>
      </w:r>
    </w:p>
    <w:p>
      <w:pPr>
        <w:pStyle w:val="ListBullet"/>
      </w:pPr>
      <w:r>
        <w:t>A. 責任者へ報告</w:t>
      </w:r>
    </w:p>
    <w:p>
      <w:pPr>
        <w:pStyle w:val="ListBullet"/>
      </w:pPr>
      <w:r>
        <w:t>B. 現場を離れる</w:t>
      </w:r>
    </w:p>
    <w:p>
      <w:pPr>
        <w:pStyle w:val="ListBullet"/>
      </w:pPr>
      <w:r>
        <w:t>C. 自分で処理する</w:t>
      </w:r>
    </w:p>
    <w:p>
      <w:pPr>
        <w:pStyle w:val="ListBullet"/>
      </w:pPr>
      <w:r>
        <w:t>D. 業務を継続する</w:t>
      </w:r>
    </w:p>
    <w:p/>
    <w:p>
      <w:r>
        <w:t>第9問　警備業法で定められている教育について、正しいものはどれか。</w:t>
      </w:r>
    </w:p>
    <w:p>
      <w:pPr>
        <w:pStyle w:val="ListBullet"/>
      </w:pPr>
      <w:r>
        <w:t>A. 任意で実施</w:t>
      </w:r>
    </w:p>
    <w:p>
      <w:pPr>
        <w:pStyle w:val="ListBullet"/>
      </w:pPr>
      <w:r>
        <w:t>B. 現場で学べば不要</w:t>
      </w:r>
    </w:p>
    <w:p>
      <w:pPr>
        <w:pStyle w:val="ListBullet"/>
      </w:pPr>
      <w:r>
        <w:t>C. 新任・現任教育が義務</w:t>
      </w:r>
    </w:p>
    <w:p>
      <w:pPr>
        <w:pStyle w:val="ListBullet"/>
      </w:pPr>
      <w:r>
        <w:t>D. 経験者は不要</w:t>
      </w:r>
    </w:p>
    <w:p/>
    <w:p>
      <w:r>
        <w:t>第10問　交通誘導警備員が、警察官の手信号と異なる誘導を行った場合どうなるか。</w:t>
      </w:r>
    </w:p>
    <w:p>
      <w:pPr>
        <w:pStyle w:val="ListBullet"/>
      </w:pPr>
      <w:r>
        <w:t>A. 警備員の指示が優先</w:t>
      </w:r>
    </w:p>
    <w:p>
      <w:pPr>
        <w:pStyle w:val="ListBullet"/>
      </w:pPr>
      <w:r>
        <w:t>B. 警察官の指示が優先</w:t>
      </w:r>
    </w:p>
    <w:p>
      <w:pPr>
        <w:pStyle w:val="ListBullet"/>
      </w:pPr>
      <w:r>
        <w:t>C. 早い方が優先</w:t>
      </w:r>
    </w:p>
    <w:p>
      <w:pPr>
        <w:pStyle w:val="ListBullet"/>
      </w:pPr>
      <w:r>
        <w:t>D. 現場責任者が決める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